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18:00-20:00 Performanssikesäklubi: SUMMER OF 26’ – FLASHBACK / FORWARD</w:t>
      </w:r>
    </w:p>
    <w:p>
      <w:r>
        <w:t>Performanssikesäklubi juhlistaa tänä vuonna Seinäjoen kesäkuvataiteilija-pestin 10-vuotista taivalta!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