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20:00-23:55 Juha Tapio @ Rytmikorjaamo</w:t>
      </w:r>
    </w:p>
    <w:p>
      <w:r>
        <w:t>Juha Tapio 18.12.2026 @ Rytmikorjaamo</w:t>
      </w:r>
    </w:p>
    <w:p>
      <w:r>
        <w:t>Liput ennakkoon 42 €, Selmun jäsenet 40 € ja ovelta 45 €, mikäli jäljellä. Lippujen hinta sisältää eteispalvelumaksun 2 €. Liput tulevat myyntiin Tiketissä https://www.tiketti.fi/tapahtuma/118951 torstaina 18.6.2026 klo 12:00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