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12:00-15:00 Kesätaiteilija Minna Bengs museossa suomalaisen kuvataiteen päivänä</w:t>
      </w:r>
    </w:p>
    <w:p>
      <w:r>
        <w:t>Sinnikkyyssarja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