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16.7.2026 torstai</w:t>
      </w:r>
    </w:p>
    <w:p>
      <w:pPr>
        <w:pStyle w:val="Heading1"/>
      </w:pPr>
      <w:r>
        <w:t>16.7.2026 torstai</w:t>
      </w:r>
    </w:p>
    <w:p>
      <w:pPr>
        <w:pStyle w:val="Heading2"/>
      </w:pPr>
      <w:r>
        <w:t>18:00-20:00 NAISLUOLA-ONNELAN KESÄTEATTERI</w:t>
      </w:r>
    </w:p>
    <w:p>
      <w:r>
        <w:t xml:space="preserve">Naisluola – Onnelan kesän riemastuttavin komedia! Onnelan kesäteatteri kutsuu jälleen yleisönsä naurun ja lämmön äärelle. </w:t>
      </w:r>
    </w:p>
    <w:p>
      <w:r>
        <w:t>Verkkokaupasta 25€, ovelat 30€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