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24.9.2026 torstai</w:t>
      </w:r>
    </w:p>
    <w:p>
      <w:pPr>
        <w:pStyle w:val="Heading1"/>
      </w:pPr>
      <w:r>
        <w:t>24.9.2026-27.9.2026</w:t>
      </w:r>
    </w:p>
    <w:p>
      <w:pPr>
        <w:pStyle w:val="Heading2"/>
      </w:pPr>
      <w:r>
        <w:t>17:00-15:00 Kiltin Tytön Vallankumous — retriitti</w:t>
      </w:r>
    </w:p>
    <w:p>
      <w:r>
        <w:t>Retriitti naisille, jotka haluavat ottaa oman elämänsä haltuun</w:t>
      </w:r>
    </w:p>
    <w:p>
      <w:r>
        <w:t>✨ohjelma ja ohjaus (210€/230€/250€)  ✨majoitus jaetuissa huoneissa ja ruoka (380€, maksetaan paikan päällä)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