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>12:00-17:00 Seinäjoen kirjapiknik : Vehmas lukupiiri piknik-kirjatapahtuma</w:t>
      </w:r>
    </w:p>
    <w:p>
      <w:r>
        <w:t>Kirjaihmiset kokoontuvat yhteen Törnävän kartanolla 4.7 piknikin yhteydessä klo 12-17!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