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Seinäjoki: Piirin kirkko, Jouppilan hiljentymispaikka, Kirkonkranni, Törnävän kartano ja Törnävän kirkko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18:00-19:00 Kesän virsilauluhetki</w:t>
      </w:r>
    </w:p>
    <w:p>
      <w:r>
        <w:t>Tule mukaan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