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Väinöntalo, Järviseudun museo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18:00-19:00 Mikä jälki meistä jää -näytelmä Väinöntalon kesäteatterissa</w:t>
      </w:r>
    </w:p>
    <w:p>
      <w:r>
        <w:t>Evijärven harrastajateatteri esittää Väinöntalon museon kesäteatterissa paikalliseen perinteeseen pohjautuvan näytelmän.</w:t>
      </w:r>
    </w:p>
    <w:p>
      <w:r>
        <w:t>Liput: aikuiset 15 €, lapset 7-12 v 10 €, alle kouluikäiset 0 e. Lipun hintaan sisältyy kahvi, mehu tai tee pullan kera.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