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kylätalo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19:00-21:10 Kesähotelli Rauharanta – Kätkänjoen Kesäteatteri 2026</w:t>
      </w:r>
    </w:p>
    <w:p>
      <w:r>
        <w:t>Kesähotelli Rauharanta, rikoskomedia.</w:t>
      </w:r>
    </w:p>
    <w:p>
      <w:r>
        <w:t>20€ sisältäen kahvin/mehun ja pullan. Alle 18-vuotiaat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