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12:00-15:00 Peräkonttikirppis ja sirkusesitys Luoma-aholla</w:t>
      </w:r>
    </w:p>
    <w:p>
      <w:r>
        <w:t>Peräkonttikirppis 12.7.2026 klo 12-15 jonka lomassa Säilättärien sirkusesitys klo 13.00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