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15:00-17:00 Avajaiset Luoma-ahon kylätalolla</w:t>
      </w:r>
    </w:p>
    <w:p>
      <w:r>
        <w:t>Luoma-ahon kylätalon laajennuksen avajaiset 11.7.2026 klo 15-17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