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hautausmaa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13:00-15:00 Hautausmaakävely Murtolammin hautausmaalla</w:t>
      </w:r>
    </w:p>
    <w:p>
      <w:r>
        <w:t>Tutustuminen vanhaan metsähautausmaahan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