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Pappilanmäen museoniitty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13:00-15:00 Luontopäivä museoniityllä</w:t>
      </w:r>
    </w:p>
    <w:p>
      <w:r>
        <w:t>Luontopäivä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