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17:00-20:00 Avoimen iltamat I Pääpuhujana urheilu- ja hyvinvointivaikuttaja Kalle Lassila</w:t>
      </w:r>
    </w:p>
    <w:p>
      <w:r>
        <w:t>Kuule Kalle Lassilaa, johda hyvinvointiasi ja tutustu Etelä-Pohjanmaan monipuolisiin jatkuvan oppimisen mahdollisuuksiin.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