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Etelä-Pohjanmaan Traktorimuseolla museopäivä 4.7.2026 klo 10-14</w:t>
      </w:r>
    </w:p>
    <w:p>
      <w:r>
        <w:t xml:space="preserve">Etelä-Pohjanmaan Traktorimuseolla vietetään museopäivää lauantaina 4.7.2026 klo 10-14. </w:t>
      </w:r>
    </w:p>
    <w:p>
      <w:r>
        <w:t>Pääsymaksu 10€/aikuiset ja lapset alle 10v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