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Yliluoman tila</w:t>
      </w:r>
    </w:p>
    <w:p>
      <w:r>
        <w:t>11.7.2026 lauantai</w:t>
      </w:r>
    </w:p>
    <w:p>
      <w:pPr>
        <w:pStyle w:val="Heading1"/>
      </w:pPr>
      <w:r>
        <w:t>11.7.2026 lauantai</w:t>
      </w:r>
    </w:p>
    <w:p>
      <w:pPr>
        <w:pStyle w:val="Heading2"/>
      </w:pPr>
      <w:r>
        <w:t>12:00-19:00 YKV Multi-Sport seikkailukilpailu</w:t>
      </w:r>
    </w:p>
    <w:p>
      <w:r>
        <w:t>Seikkailukilpailu Ylistarossa ja sen lähiseudun luonnossa. Tule seuraamaan urheilijoita eri yllätystehtäville tai osallistu itse kisaan.</w:t>
      </w:r>
    </w:p>
    <w:p>
      <w:r>
        <w:t>Yleisölle ei pääsymaksua. Kilpailun osallistujille ilmoittautumismaksu.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