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Elämysmaailma PowerPark</w:t>
      </w:r>
    </w:p>
    <w:p>
      <w:r>
        <w:t>8.8.2026 lauantai</w:t>
      </w:r>
    </w:p>
    <w:p>
      <w:pPr>
        <w:pStyle w:val="Heading1"/>
      </w:pPr>
      <w:r>
        <w:t>8.8.2026 lauantai</w:t>
      </w:r>
    </w:p>
    <w:p>
      <w:pPr>
        <w:pStyle w:val="Heading2"/>
      </w:pPr>
      <w:r>
        <w:t>10:00-23:00 Power Truck Show 2026</w:t>
      </w:r>
    </w:p>
    <w:p>
      <w:r>
        <w:t>Power Truck Show on kansainvälinen kuljetusalan suurtapahtuma, joka järjestetään vuosittain Kauhavan Alahärmässä.</w:t>
      </w:r>
    </w:p>
    <w:p>
      <w:r>
        <w:t>Lippujen hinnat alkaen 40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