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18:00-22:00 Avoimet näyttelyavajaiset: JP Köykkä: Muodon perintö</w:t>
      </w:r>
    </w:p>
    <w:p>
      <w:r>
        <w:t>Osana Ilmiöiden yö-tapahtumaa Seinäjoen taidehallilla avautuu uusi taidenäyttely!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