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</w:t>
      </w:r>
    </w:p>
    <w:p>
      <w:r>
        <w:t>3.8.2026 maanantai</w:t>
      </w:r>
    </w:p>
    <w:p>
      <w:pPr>
        <w:pStyle w:val="Heading1"/>
      </w:pPr>
      <w:r>
        <w:t>3.8.2026 maanantai</w:t>
      </w:r>
    </w:p>
    <w:p>
      <w:pPr>
        <w:pStyle w:val="Heading2"/>
      </w:pPr>
      <w:r>
        <w:t>19:00-21:00 VEIKKAUSLIIGA | SJK - HJK</w:t>
      </w:r>
    </w:p>
    <w:p>
      <w:r>
        <w:t>Veikkausliiga: SJK - HJK OmaSp Stadionilla</w:t>
      </w:r>
    </w:p>
    <w:p>
      <w:r>
        <w:t>Liput alk. 18€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