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 Kurikka</w:t>
      </w:r>
    </w:p>
    <w:p>
      <w:r>
        <w:t>29.8.2026 lauantai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 xml:space="preserve">19:00-02:00 HANNA PAKARINEN </w:t>
      </w:r>
    </w:p>
    <w:p>
      <w:r>
        <w:t>Mökkikauden päättäjäisbileet</w:t>
      </w:r>
    </w:p>
    <w:p>
      <w:r>
        <w:t>55€ /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