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Ylihärmän Nuorisoseura</w:t>
      </w:r>
    </w:p>
    <w:p>
      <w:r>
        <w:t>30.8.2026 sunnuntai</w:t>
      </w:r>
    </w:p>
    <w:p>
      <w:pPr>
        <w:pStyle w:val="Heading1"/>
      </w:pPr>
      <w:r>
        <w:t>30.8.2026 sunnuntai</w:t>
      </w:r>
    </w:p>
    <w:p>
      <w:pPr>
        <w:pStyle w:val="Heading2"/>
      </w:pPr>
      <w:r>
        <w:t>15:00-17:00 Tuhkimo -koko perheen teatteri</w:t>
      </w:r>
    </w:p>
    <w:p>
      <w:r>
        <w:t xml:space="preserve">Ylihärmän nuorisoseuran Koko perheen teatteri esittää loppukesästä 2026 satunäytelmän Tuhkimo. Rakastetun prinsessasadun raikkaassa uudessa </w:t>
      </w:r>
    </w:p>
    <w:p>
      <w:r>
        <w:t>Pääsylippu 15,00 €. Pääsylippu ja väliaikatarjoilut (kahvi/mehu/tee ja pulla) 18,00 €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