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ABC Kauhava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13:00-15:00 ABC Kauhava - Terassilla tapahtuu</w:t>
      </w:r>
    </w:p>
    <w:p>
      <w:r>
        <w:t>Juttuseuraa ja haitarin säveliä - tule terassille!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