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B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>14:00-16:00 Ikääntyvien yliopiston luento</w:t>
      </w:r>
    </w:p>
    <w:p>
      <w:r>
        <w:t>Ikääntyvien yliopisto on tieteellisen tiedon ja elämänkokemuksen kohtaamispaikka. Tervetuloa mukaan!</w:t>
      </w:r>
    </w:p>
    <w:p>
      <w:r>
        <w:t>Luentosarjan hinta 45-50 euroa maksutavan mukaan. Sarja sisältää yhteensä kahdeksan luentoa.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