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45-50 euroa maksutavan mukaan.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