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Kisamaja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15:00-17:00 Pelimannitanssit Kisamajalla su 12.7. klo 15-17 (Siiverinmäentie, Voltti)</w:t>
      </w:r>
    </w:p>
    <w:p>
      <w:r>
        <w:t>Lakeuden Orivesi All Stars soittelee Antti Järvelän johdolla. Vapaaehtoinen pääsymaksu. Grilli ja kahvio palvelee tanssien ajan. Tervetuloa!</w:t>
      </w:r>
    </w:p>
    <w:p>
      <w:r>
        <w:t>Vapaaehtoinen 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