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11:00-14:00 Sunnuntaikahvilavuoro puistossa Teuvan Suomi-Puola -yhdistys ry</w:t>
      </w:r>
    </w:p>
    <w:p>
      <w:r>
        <w:t>Teuvan Suomi-Puola -yhdistys järjestää sunnuntaikahvilan Porvarintie 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