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Sotkanpesä, Kauhajoki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14:00-16:30 METSOLAT - URJANLINNA Kauhajoen Sotkanpesässä</w:t>
      </w:r>
    </w:p>
    <w:p>
      <w:r>
        <w:t>Teatteri Kajo esittää Kauhajoen Sotkanpesässä näytelmän METSOLAT - URJANLINNA 27.6-2.8.2026</w:t>
      </w:r>
    </w:p>
    <w:p>
      <w:r>
        <w:t>25€ aikuiset, 22€ opisk. tyött. eläk., 10€ lapset alle 12v, 22€ ryhmät yli 30 hlö sis.käsiohjelman. KÄTEISMAKSU!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