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kirjasto</w:t>
      </w:r>
    </w:p>
    <w:p>
      <w:r>
        <w:t>2.7.2026 torstai</w:t>
      </w:r>
    </w:p>
    <w:p>
      <w:pPr>
        <w:pStyle w:val="Heading1"/>
      </w:pPr>
      <w:r>
        <w:t>2.7.2026-31.7.2026</w:t>
      </w:r>
    </w:p>
    <w:p>
      <w:pPr>
        <w:pStyle w:val="Heading2"/>
      </w:pPr>
      <w:r>
        <w:t>11:00-16:00 Alpo Putkirannan Taidetta puusta sorvaamalla -näyttely</w:t>
      </w:r>
    </w:p>
    <w:p>
      <w:r>
        <w:t>Kuortaneen kirjastossa on heinäkuun ajan esillä Alpo Putkirannan näyttely Taidetta puusta sorvaamalla.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