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9.1.2027 lauantai</w:t>
      </w:r>
    </w:p>
    <w:p>
      <w:pPr>
        <w:pStyle w:val="Heading1"/>
      </w:pPr>
      <w:r>
        <w:t>9.1.2027 lauantai</w:t>
      </w:r>
    </w:p>
    <w:p>
      <w:pPr>
        <w:pStyle w:val="Heading2"/>
      </w:pPr>
      <w:r>
        <w:t>19:00-23:55 Seinäjoki Metal Festival @ Rytmikorjaamo</w:t>
      </w:r>
    </w:p>
    <w:p>
      <w:r>
        <w:t>Seinäjoki Metal Festival 2027 9.1.2027 – Fleshgod Apocalypse, Assemble the Chariots, Whispered, Fear of Domination, Kneel Before the Death</w:t>
      </w:r>
    </w:p>
    <w:p>
      <w:r>
        <w:t>🎫 Hanki liput ennakkoon 39,90 €, Selmun jäsenet 37,90 € ja ovelta 43 €, mikäli jäljellä. Lippujen hinta sisältää eteispalvelumaksun 2 €. 👉 Liput Tiketissä osoitteessa https://www.tiketti.fi/tapahtuma/119086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