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 / Ähtärin tori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17:30-19:00 Pelle ja Pilvi sirkuskiertue Ähtärissä!</w:t>
      </w:r>
    </w:p>
    <w:p>
      <w:r>
        <w:t xml:space="preserve">Luvassa sirkustyöpaja sekä esitys!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