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5.9.2026 lauantai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21:00-01:00 Messukemut 2026</w:t>
      </w:r>
    </w:p>
    <w:p>
      <w:r>
        <w:t>Yleisjuha &amp; Suupohja YSÄRI</w:t>
      </w:r>
    </w:p>
    <w:p>
      <w:r>
        <w:t>Ennakkoliput 15€+palvelumaksu, liput ovelta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