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14:00-15:30 Yölintu Konsertti</w:t>
      </w:r>
    </w:p>
    <w:p>
      <w:r>
        <w:t>Kesän tunnelmallinen konsertti kutsuu nauttimaan suomalaisen iskelmän rakastetuista sävelistä! ❤️</w:t>
      </w:r>
    </w:p>
    <w:p>
      <w:r>
        <w:t>38,5€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