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10:30-13:30 BARBEQUE-PERJANTAI</w:t>
      </w:r>
    </w:p>
    <w:p>
      <w:r>
        <w:t>OmaSp Stadionin lounaalla BBQ-perjantai klo 10.30-13.30</w:t>
      </w:r>
    </w:p>
    <w:p>
      <w:r>
        <w:t>Lounashinnastomme: Normaali hinta 13,70€ SJK-Kausikortilla 12,70€ Alennusryhmät* 12,70€ Lapset 6-12v** 7,00€ Lapset 2-6v** 3,00€ Lapset 0-2v** Veloituksetta *Eläkeläiset, opiskelijat, varusmiehet **Maksavan aikuisen seurassa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