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18:00-19:45 Becca Stevens (US) &amp; UMO Helsinki Jazz Orchestra</w:t>
      </w:r>
    </w:p>
    <w:p>
      <w:r>
        <w:t>Valmistaudu kokemaan jotain aivan ainutlaatuista, kun Becca Stevens ja UMO Helsinki Jazz Orchestra kohtaavat</w:t>
      </w:r>
    </w:p>
    <w:p>
      <w:r>
        <w:t xml:space="preserve">LIPPU.FI  PERUSLIPPU 37 €  ELÄKELÄISET 32 €  OPISKELIJAT, LAPSET, VARUSHENKILÖT 20 €  + TILAUSMAKSU (ALK. 1,50 € + 0,65 % TILAUKSESTA)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