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Kankurien kutomo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09:00-19:00 Lapuan Kankureiden Myyntipäivät</w:t>
      </w:r>
    </w:p>
    <w:p>
      <w:r>
        <w:t>Tervetuloa nauttimaan kutomomme tunnelmasta, uniikeista tuotteista ja erinomaisista alennuksista (50–80 %)!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