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16:00-17:00 Konsertti Aleksei Rybakov</w:t>
      </w:r>
    </w:p>
    <w:p>
      <w:r>
        <w:t xml:space="preserve">Pianisti Aleksei Rybakov esiintyy Törnävän kartanolla 11.7.2026 klo 16-17, vapaa pääsy. </w:t>
      </w:r>
    </w:p>
    <w:p>
      <w:r>
        <w:t>Ovella voi ostaa vapaaehtoisen käsiohjelman (10 euroa)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