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18:00-21:00 Naisten Superpesis: Virkiä-Mailattaret</w:t>
      </w:r>
    </w:p>
    <w:p>
      <w:r>
        <w:t>Naisten Superpesistä Vimpelin Pesisfestivaaleilla!</w:t>
      </w:r>
    </w:p>
    <w:p>
      <w:r>
        <w:t>Virkiän Naisten Superpesis lipunmyynti: ticketmaster.fi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