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18:00-19:15 Unohtumattomat mestarit - Markku Uhlbäck &amp; Juho Kela</w:t>
      </w:r>
    </w:p>
    <w:p>
      <w:r>
        <w:t xml:space="preserve">Musiikkitapahtuma "Unohtumattomat mestarit" Vimpelin Pesisfestivaaleilla!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