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12.7.2026 sunnuntai</w:t>
      </w:r>
    </w:p>
    <w:p>
      <w:pPr>
        <w:pStyle w:val="Heading1"/>
      </w:pPr>
      <w:r>
        <w:t>12.7.2026 sunnuntai</w:t>
      </w:r>
    </w:p>
    <w:p>
      <w:pPr>
        <w:pStyle w:val="Heading2"/>
      </w:pPr>
      <w:r>
        <w:t>10:00-15:00 Windal 1/2 maraton</w:t>
      </w:r>
    </w:p>
    <w:p>
      <w:r>
        <w:t xml:space="preserve">Vimpelin Pesisfestivaaleilla juostaan windal 1/2 maraton 12.7. sunnuntaina! </w:t>
      </w:r>
    </w:p>
    <w:p>
      <w:r>
        <w:t>Osallistumismaksu: Kilpasarjat 15€ (JK 13€), kuntosarjat ja 16v 12€ (JK 10€), kävely ja pyöräsarjat 10€ (JK 8€)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