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Pesäpallopatsas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10:00-18:00 Autonäyttely Vimpelin Pesisfestivaaleilla!</w:t>
      </w:r>
    </w:p>
    <w:p>
      <w:r>
        <w:t>Vanhojen autojen näyttely Vimpelin lukkarinpuistossa 13.7. 10.00-18.00!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