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21:00-23:00 Botnia Big Band</w:t>
      </w:r>
    </w:p>
    <w:p>
      <w:r>
        <w:t>Musiikkitapahtumana Vimpelin pesisfestivaaleille saapuu Botnia Big Band torstaina 16.7. 21.00</w:t>
      </w:r>
    </w:p>
    <w:p>
      <w:r>
        <w:t>Liput lippu.fi, Vedon toimisto &amp; portilta!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