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Yhteiskoulu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18:00-20:00 Luotu valosta - Hengellinen konsertti</w:t>
      </w:r>
    </w:p>
    <w:p>
      <w:r>
        <w:t>Hengellinen konsertti järjestetään Vimpelin Yhteiskoulun auditoriossa keskiviikkona 15.7. 18.00!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