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16:00-17:00  Kesäiset sävelet pianokonsertti</w:t>
      </w:r>
    </w:p>
    <w:p>
      <w:r>
        <w:t>Pianokonsertti Törnävän kartanolla 10.7.26, Klo. 16-17. Pianistina Raili Peltonen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