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Ruuhinevan Kammikylä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13:30-18:00 Savusauna elämys naisille</w:t>
      </w:r>
    </w:p>
    <w:p>
      <w:r>
        <w:t>Naisten savusauna elämys upeassa luonto kohteessa Kammikylässä</w:t>
      </w:r>
    </w:p>
    <w:p>
      <w:r>
        <w:t>49€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