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12:00-17:00 Törnävän kartanon kesäkahvila</w:t>
      </w:r>
    </w:p>
    <w:p>
      <w:r>
        <w:t xml:space="preserve">Kartanokahvila on auki Östermyra-päivien yhteydessä 15-16.8 klo 10-16. Kahvilaa pitää Kakkukeidas.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