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15:00-16:00 Mansikoita ja  kermaa" - 1700-luvun markkinoiden konsertti</w:t>
      </w:r>
    </w:p>
    <w:p>
      <w:r>
        <w:t xml:space="preserve">Juonnettu ja yleisöystävällinen konsertti, jossa kappaleet soitetaan 1700-luvun soittimilla.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