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Takakuja 16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12:00-16:00 Boreal lajikeruudut &amp; Aimo Annos erikoiskasveja</w:t>
      </w:r>
    </w:p>
    <w:p>
      <w:r>
        <w:t>Pyhäjärvi-instituutin (Kumina ja kaverit -hanke), Caraway Finlandin ja Trans Farmin viljelykokeet nähtävillä Lapualla ja Vöyrillä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