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IKH-Areena, VIP-tila, Pikikuja 16, Kauhajoki. </w:t>
      </w:r>
    </w:p>
    <w:p>
      <w:r>
        <w:t>4.9.2026 perjantai</w:t>
      </w:r>
    </w:p>
    <w:p>
      <w:pPr>
        <w:pStyle w:val="Heading1"/>
      </w:pPr>
      <w:r>
        <w:t>4.9.2026 perjantai</w:t>
      </w:r>
    </w:p>
    <w:p>
      <w:pPr>
        <w:pStyle w:val="Heading2"/>
      </w:pPr>
      <w:r>
        <w:t>09:00-11:35 Kauhajoen Ruokamessuseminaari 2026</w:t>
      </w:r>
    </w:p>
    <w:p>
      <w:r>
        <w:t xml:space="preserve">Kauhajoen Ruokamessujen seminaari kokoaa yhteen ruoka-alan asiantuntijat, ammattilaiset ja tulevaisuuden tekijät suomalaisen ruoan päivänä.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