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09:00-17:00  Emmi Kivimäen Kukkia ja formuloita legoista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