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urheilukenttä</w:t>
      </w:r>
    </w:p>
    <w:p>
      <w:r>
        <w:t>25.7.2026 lauantai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20:30-01:30 Kuhinatanssit Kukunmajalla</w:t>
      </w:r>
    </w:p>
    <w:p>
      <w:r>
        <w:t>Perinteiset kuhinatanssit kukunmajalla, Juhamatti &amp; yötaivas</w:t>
      </w:r>
    </w:p>
    <w:p>
      <w:r>
        <w:t>Liput ovelta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